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469E"/>
          <w:sz w:val="36"/>
        </w:rPr>
        <w:t>DBC TRANSPORT BIKANER</w:t>
      </w:r>
    </w:p>
    <w:p>
      <w:r>
        <w:rPr>
          <w:color w:val="454B54"/>
          <w:sz w:val="18"/>
        </w:rPr>
        <w:t>Karni Industrial Area, Bikaner, Rajasthan 334001  |  +91 96601 19813  |  dbctransport13@gmail.com</w:t>
      </w:r>
    </w:p>
    <w:p>
      <w:r>
        <w:rPr>
          <w:color w:val="D92B2B"/>
        </w:rPr>
        <w:t>__________________________________________________________________________________________</w:t>
      </w:r>
    </w:p>
    <w:p>
      <w:pPr>
        <w:pStyle w:val="Heading1"/>
      </w:pPr>
      <w:r>
        <w:rPr>
          <w:color w:val="12305C"/>
        </w:rPr>
        <w:t>Bank Letter</w:t>
      </w:r>
    </w:p>
    <w:p>
      <w:r>
        <w:rPr>
          <w:i/>
          <w:sz w:val="20"/>
        </w:rPr>
        <w:t>Format for Bank Confirmation Letter</w:t>
      </w:r>
    </w:p>
    <w:p>
      <w:r>
        <w:t>To,</w:t>
        <w:br/>
        <w:t>The Authorized Dealer / Bank,</w:t>
        <w:br/>
        <w:br/>
        <w:t>We request you to kindly issue a letter confirming our banking relationship and readiness to handle the export/import transaction proceeds described below.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Company Name &amp; Address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Bank Account Number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AD Code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IEC Number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Purpose of Letter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Authorized Signatory Name &amp; Designation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Signature &amp; Date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r>
        <w:rPr>
          <w:i/>
          <w:sz w:val="16"/>
        </w:rPr>
        <w:t>This is a blank template provided by DBC Transport Bikaner. Please fill in all fields accurately before submission with your shipment.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