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17469E"/>
          <w:sz w:val="36"/>
        </w:rPr>
        <w:t>DBC TRANSPORT BIKANER</w:t>
      </w:r>
    </w:p>
    <w:p>
      <w:r>
        <w:rPr>
          <w:color w:val="454B54"/>
          <w:sz w:val="18"/>
        </w:rPr>
        <w:t>Karni Industrial Area, Bikaner, Rajasthan 334001  |  +91 96601 19813  |  dbctransport13@gmail.com</w:t>
      </w:r>
    </w:p>
    <w:p>
      <w:r>
        <w:rPr>
          <w:color w:val="D92B2B"/>
        </w:rPr>
        <w:t>__________________________________________________________________________________________</w:t>
      </w:r>
    </w:p>
    <w:p>
      <w:pPr>
        <w:pStyle w:val="Heading1"/>
      </w:pPr>
      <w:r>
        <w:rPr>
          <w:color w:val="12305C"/>
        </w:rPr>
        <w:t>Letter of Indemnity</w:t>
      </w:r>
    </w:p>
    <w:p>
      <w:r>
        <w:rPr>
          <w:i/>
          <w:sz w:val="20"/>
        </w:rPr>
        <w:t>For Missing / Incorrect Shipping Documents</w:t>
      </w:r>
    </w:p>
    <w:p>
      <w:r>
        <w:t>I / We hereby indemnify DBC Transport Bikaner, its employees and agents against any loss, claim, damage or liability that may arise due to the missing, incorrect or incomplete documentation furnished by us for the shipment described below, and agree to bear full responsibility for any consequence arising thereof.</w:t>
      </w:r>
    </w:p>
    <w:p/>
    <w:tbl>
      <w:tblPr>
        <w:tblStyle w:val="LightGrid-Accent1"/>
        <w:tblW w:type="auto" w:w="0"/>
        <w:tblLook w:firstColumn="1" w:firstRow="1" w:lastColumn="0" w:lastRow="0" w:noHBand="0" w:noVBand="1" w:val="04A0"/>
      </w:tblPr>
      <w:tblGrid>
        <w:gridCol w:w="4320"/>
        <w:gridCol w:w="4320"/>
      </w:tblGrid>
      <w:tr>
        <w:tc>
          <w:tcPr>
            <w:tcW w:type="dxa" w:w="4320"/>
          </w:tcPr>
          <w:p>
            <w:r>
              <w:t>Shipper / Consignor Name</w:t>
            </w:r>
          </w:p>
        </w:tc>
        <w:tc>
          <w:tcPr>
            <w:tcW w:type="dxa" w:w="4320"/>
          </w:tcPr>
          <w:p>
            <w:r/>
          </w:p>
        </w:tc>
      </w:tr>
      <w:tr>
        <w:tc>
          <w:tcPr>
            <w:tcW w:type="dxa" w:w="4320"/>
          </w:tcPr>
          <w:p>
            <w:r>
              <w:t>Consignment / Invoice Number</w:t>
            </w:r>
          </w:p>
        </w:tc>
        <w:tc>
          <w:tcPr>
            <w:tcW w:type="dxa" w:w="4320"/>
          </w:tcPr>
          <w:p>
            <w:r/>
          </w:p>
        </w:tc>
      </w:tr>
      <w:tr>
        <w:tc>
          <w:tcPr>
            <w:tcW w:type="dxa" w:w="4320"/>
          </w:tcPr>
          <w:p>
            <w:r>
              <w:t>Description of Goods</w:t>
            </w:r>
          </w:p>
        </w:tc>
        <w:tc>
          <w:tcPr>
            <w:tcW w:type="dxa" w:w="4320"/>
          </w:tcPr>
          <w:p>
            <w:r/>
          </w:p>
        </w:tc>
      </w:tr>
      <w:tr>
        <w:tc>
          <w:tcPr>
            <w:tcW w:type="dxa" w:w="4320"/>
          </w:tcPr>
          <w:p>
            <w:r>
              <w:t>Reason for Indemnity</w:t>
            </w:r>
          </w:p>
        </w:tc>
        <w:tc>
          <w:tcPr>
            <w:tcW w:type="dxa" w:w="4320"/>
          </w:tcPr>
          <w:p>
            <w:r/>
          </w:p>
        </w:tc>
      </w:tr>
      <w:tr>
        <w:tc>
          <w:tcPr>
            <w:tcW w:type="dxa" w:w="4320"/>
          </w:tcPr>
          <w:p>
            <w:r>
              <w:t>Authorized Signatory Name &amp; Designation</w:t>
            </w:r>
          </w:p>
        </w:tc>
        <w:tc>
          <w:tcPr>
            <w:tcW w:type="dxa" w:w="4320"/>
          </w:tcPr>
          <w:p>
            <w:r/>
          </w:p>
        </w:tc>
      </w:tr>
      <w:tr>
        <w:tc>
          <w:tcPr>
            <w:tcW w:type="dxa" w:w="4320"/>
          </w:tcPr>
          <w:p>
            <w:r>
              <w:t>Company Seal, Signature &amp; Date</w:t>
            </w:r>
          </w:p>
        </w:tc>
        <w:tc>
          <w:tcPr>
            <w:tcW w:type="dxa" w:w="4320"/>
          </w:tcPr>
          <w:p>
            <w:r/>
          </w:p>
        </w:tc>
      </w:tr>
    </w:tbl>
    <w:p/>
    <w:p>
      <w:r>
        <w:rPr>
          <w:i/>
          <w:sz w:val="16"/>
        </w:rPr>
        <w:t>This is a blank template provided by DBC Transport Bikaner. Please fill in all fields accurately before submission with your shipment.</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