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17469E"/>
          <w:sz w:val="36"/>
        </w:rPr>
        <w:t>DBC TRANSPORT BIKANER</w:t>
      </w:r>
    </w:p>
    <w:p>
      <w:r>
        <w:rPr>
          <w:color w:val="454B54"/>
          <w:sz w:val="18"/>
        </w:rPr>
        <w:t>Karni Industrial Area, Bikaner, Rajasthan 334001  |  +91 96601 19813  |  dbctransport13@gmail.com</w:t>
      </w:r>
    </w:p>
    <w:p>
      <w:r>
        <w:rPr>
          <w:color w:val="D92B2B"/>
        </w:rPr>
        <w:t>__________________________________________________________________________________________</w:t>
      </w:r>
    </w:p>
    <w:p>
      <w:pPr>
        <w:pStyle w:val="Heading1"/>
      </w:pPr>
      <w:r>
        <w:rPr>
          <w:color w:val="12305C"/>
        </w:rPr>
        <w:t>MOP (Mode of Payment) Affidavit</w:t>
      </w:r>
    </w:p>
    <w:p>
      <w:r>
        <w:rPr>
          <w:i/>
          <w:sz w:val="20"/>
        </w:rPr>
        <w:t>Sworn Declaration of Payment Terms</w:t>
      </w:r>
    </w:p>
    <w:p>
      <w:r>
        <w:t>I / We hereby solemnly affirm and declare that the mode of payment for the export transaction described below is as stated, and that the details furnished are true and correct to the best of my / our knowledge.</w:t>
      </w:r>
    </w:p>
    <w:p/>
    <w:tbl>
      <w:tblPr>
        <w:tblStyle w:val="LightGrid-Accent1"/>
        <w:tblW w:type="auto" w:w="0"/>
        <w:tblLook w:firstColumn="1" w:firstRow="1" w:lastColumn="0" w:lastRow="0" w:noHBand="0" w:noVBand="1" w:val="04A0"/>
      </w:tblPr>
      <w:tblGrid>
        <w:gridCol w:w="4320"/>
        <w:gridCol w:w="4320"/>
      </w:tblGrid>
      <w:tr>
        <w:tc>
          <w:tcPr>
            <w:tcW w:type="dxa" w:w="4320"/>
          </w:tcPr>
          <w:p>
            <w:r>
              <w:t>Exporter Name &amp; IEC No.</w:t>
            </w:r>
          </w:p>
        </w:tc>
        <w:tc>
          <w:tcPr>
            <w:tcW w:type="dxa" w:w="4320"/>
          </w:tcPr>
          <w:p>
            <w:r/>
          </w:p>
        </w:tc>
      </w:tr>
      <w:tr>
        <w:tc>
          <w:tcPr>
            <w:tcW w:type="dxa" w:w="4320"/>
          </w:tcPr>
          <w:p>
            <w:r>
              <w:t>Invoice Number &amp; Date</w:t>
            </w:r>
          </w:p>
        </w:tc>
        <w:tc>
          <w:tcPr>
            <w:tcW w:type="dxa" w:w="4320"/>
          </w:tcPr>
          <w:p>
            <w:r/>
          </w:p>
        </w:tc>
      </w:tr>
      <w:tr>
        <w:tc>
          <w:tcPr>
            <w:tcW w:type="dxa" w:w="4320"/>
          </w:tcPr>
          <w:p>
            <w:r>
              <w:t>Buyer Name &amp; Country</w:t>
            </w:r>
          </w:p>
        </w:tc>
        <w:tc>
          <w:tcPr>
            <w:tcW w:type="dxa" w:w="4320"/>
          </w:tcPr>
          <w:p>
            <w:r/>
          </w:p>
        </w:tc>
      </w:tr>
      <w:tr>
        <w:tc>
          <w:tcPr>
            <w:tcW w:type="dxa" w:w="4320"/>
          </w:tcPr>
          <w:p>
            <w:r>
              <w:t>Mode of Payment (Advance / LC / DP / DA / Open Account)</w:t>
            </w:r>
          </w:p>
        </w:tc>
        <w:tc>
          <w:tcPr>
            <w:tcW w:type="dxa" w:w="4320"/>
          </w:tcPr>
          <w:p>
            <w:r/>
          </w:p>
        </w:tc>
      </w:tr>
      <w:tr>
        <w:tc>
          <w:tcPr>
            <w:tcW w:type="dxa" w:w="4320"/>
          </w:tcPr>
          <w:p>
            <w:r>
              <w:t>Deponent Name &amp; Designation</w:t>
            </w:r>
          </w:p>
        </w:tc>
        <w:tc>
          <w:tcPr>
            <w:tcW w:type="dxa" w:w="4320"/>
          </w:tcPr>
          <w:p>
            <w:r/>
          </w:p>
        </w:tc>
      </w:tr>
      <w:tr>
        <w:tc>
          <w:tcPr>
            <w:tcW w:type="dxa" w:w="4320"/>
          </w:tcPr>
          <w:p>
            <w:r>
              <w:t>Signature &amp; Date</w:t>
            </w:r>
          </w:p>
        </w:tc>
        <w:tc>
          <w:tcPr>
            <w:tcW w:type="dxa" w:w="4320"/>
          </w:tcPr>
          <w:p>
            <w:r/>
          </w:p>
        </w:tc>
      </w:tr>
    </w:tbl>
    <w:p/>
    <w:p>
      <w:r>
        <w:rPr>
          <w:i/>
          <w:sz w:val="16"/>
        </w:rPr>
        <w:t>This is a blank template provided by DBC Transport Bikaner. Please fill in all fields accurately before submission with your shipment.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